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A3E4F" w14:textId="77777777" w:rsidR="00487426" w:rsidRPr="00E56B8C" w:rsidRDefault="00000000">
      <w:pPr>
        <w:spacing w:after="20"/>
        <w:jc w:val="center"/>
        <w:rPr>
          <w:lang w:val="ru-RU"/>
        </w:rPr>
      </w:pPr>
      <w:r w:rsidRPr="00E56B8C">
        <w:rPr>
          <w:b/>
          <w:color w:val="143E69"/>
          <w:sz w:val="30"/>
          <w:lang w:val="ru-RU"/>
        </w:rPr>
        <w:t>АКТ РЕКЛАМАЦИИ</w:t>
      </w:r>
    </w:p>
    <w:p w14:paraId="69352B72" w14:textId="77777777" w:rsidR="00487426" w:rsidRPr="00E56B8C" w:rsidRDefault="00000000">
      <w:pPr>
        <w:spacing w:after="100"/>
        <w:jc w:val="center"/>
        <w:rPr>
          <w:lang w:val="ru-RU"/>
        </w:rPr>
      </w:pPr>
      <w:r w:rsidRPr="00E56B8C">
        <w:rPr>
          <w:color w:val="5A5A5A"/>
          <w:lang w:val="ru-RU"/>
        </w:rPr>
        <w:t>(акт о выявленных несоответствиях товара)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60"/>
        <w:gridCol w:w="3288"/>
        <w:gridCol w:w="1020"/>
        <w:gridCol w:w="4251"/>
      </w:tblGrid>
      <w:tr w:rsidR="00487426" w14:paraId="185A1CB0" w14:textId="77777777">
        <w:trPr>
          <w:jc w:val="center"/>
        </w:trPr>
        <w:tc>
          <w:tcPr>
            <w:tcW w:w="1360" w:type="dxa"/>
            <w:tcBorders>
              <w:top w:val="single" w:sz="4" w:space="0" w:color="D6DEE6"/>
              <w:left w:val="single" w:sz="4" w:space="0" w:color="D6DEE6"/>
              <w:bottom w:val="single" w:sz="4" w:space="0" w:color="D6DEE6"/>
              <w:right w:val="single" w:sz="4" w:space="0" w:color="D6DEE6"/>
            </w:tcBorders>
            <w:shd w:val="clear" w:color="auto" w:fill="F3F6F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7D0B0F2" w14:textId="77777777" w:rsidR="00487426" w:rsidRDefault="00000000">
            <w:pPr>
              <w:spacing w:after="0"/>
            </w:pPr>
            <w:r>
              <w:rPr>
                <w:b/>
                <w:color w:val="143E69"/>
                <w:sz w:val="17"/>
              </w:rPr>
              <w:t>№ акта</w:t>
            </w:r>
          </w:p>
        </w:tc>
        <w:tc>
          <w:tcPr>
            <w:tcW w:w="3288" w:type="dxa"/>
            <w:tcBorders>
              <w:top w:val="single" w:sz="4" w:space="0" w:color="D6DEE6"/>
              <w:left w:val="single" w:sz="4" w:space="0" w:color="D6DEE6"/>
              <w:bottom w:val="single" w:sz="4" w:space="0" w:color="D6DEE6"/>
              <w:right w:val="single" w:sz="4" w:space="0" w:color="D6DEE6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C210968" w14:textId="77777777" w:rsidR="00487426" w:rsidRDefault="00000000">
            <w:pPr>
              <w:spacing w:after="0"/>
            </w:pPr>
            <w:r>
              <w:rPr>
                <w:sz w:val="17"/>
              </w:rPr>
              <w:t>________________________</w:t>
            </w:r>
          </w:p>
        </w:tc>
        <w:tc>
          <w:tcPr>
            <w:tcW w:w="1020" w:type="dxa"/>
            <w:tcBorders>
              <w:top w:val="single" w:sz="4" w:space="0" w:color="D6DEE6"/>
              <w:left w:val="single" w:sz="4" w:space="0" w:color="D6DEE6"/>
              <w:bottom w:val="single" w:sz="4" w:space="0" w:color="D6DEE6"/>
              <w:right w:val="single" w:sz="4" w:space="0" w:color="D6DEE6"/>
            </w:tcBorders>
            <w:shd w:val="clear" w:color="auto" w:fill="F3F6F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72BE48" w14:textId="77777777" w:rsidR="00487426" w:rsidRDefault="00000000">
            <w:pPr>
              <w:spacing w:after="0"/>
            </w:pPr>
            <w:r>
              <w:rPr>
                <w:b/>
                <w:color w:val="143E69"/>
                <w:sz w:val="17"/>
              </w:rPr>
              <w:t>Дата</w:t>
            </w:r>
          </w:p>
        </w:tc>
        <w:tc>
          <w:tcPr>
            <w:tcW w:w="4251" w:type="dxa"/>
            <w:tcBorders>
              <w:top w:val="single" w:sz="4" w:space="0" w:color="D6DEE6"/>
              <w:left w:val="single" w:sz="4" w:space="0" w:color="D6DEE6"/>
              <w:bottom w:val="single" w:sz="4" w:space="0" w:color="D6DEE6"/>
              <w:right w:val="single" w:sz="4" w:space="0" w:color="D6DEE6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FAD8C1" w14:textId="77777777" w:rsidR="00487426" w:rsidRDefault="00000000">
            <w:pPr>
              <w:spacing w:after="0"/>
            </w:pPr>
            <w:r>
              <w:rPr>
                <w:sz w:val="17"/>
              </w:rPr>
              <w:t>«___» __________ 20___ г.</w:t>
            </w:r>
          </w:p>
        </w:tc>
      </w:tr>
      <w:tr w:rsidR="00487426" w14:paraId="2CE27570" w14:textId="77777777">
        <w:trPr>
          <w:jc w:val="center"/>
        </w:trPr>
        <w:tc>
          <w:tcPr>
            <w:tcW w:w="1360" w:type="dxa"/>
            <w:tcBorders>
              <w:top w:val="single" w:sz="4" w:space="0" w:color="D6DEE6"/>
              <w:left w:val="single" w:sz="4" w:space="0" w:color="D6DEE6"/>
              <w:bottom w:val="single" w:sz="4" w:space="0" w:color="D6DEE6"/>
              <w:right w:val="single" w:sz="4" w:space="0" w:color="D6DEE6"/>
            </w:tcBorders>
            <w:shd w:val="clear" w:color="auto" w:fill="F3F6F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40B44BB" w14:textId="77777777" w:rsidR="00487426" w:rsidRDefault="00000000">
            <w:pPr>
              <w:spacing w:after="0"/>
            </w:pPr>
            <w:r>
              <w:rPr>
                <w:b/>
                <w:color w:val="143E69"/>
                <w:sz w:val="17"/>
              </w:rPr>
              <w:t>Место составления</w:t>
            </w:r>
          </w:p>
        </w:tc>
        <w:tc>
          <w:tcPr>
            <w:tcW w:w="3288" w:type="dxa"/>
            <w:tcBorders>
              <w:top w:val="single" w:sz="4" w:space="0" w:color="D6DEE6"/>
              <w:left w:val="single" w:sz="4" w:space="0" w:color="D6DEE6"/>
              <w:bottom w:val="single" w:sz="4" w:space="0" w:color="D6DEE6"/>
              <w:right w:val="single" w:sz="4" w:space="0" w:color="D6DEE6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25A3A2A" w14:textId="77777777" w:rsidR="00E56B8C" w:rsidRDefault="00E56B8C">
            <w:pPr>
              <w:pBdr>
                <w:bottom w:val="single" w:sz="12" w:space="1" w:color="auto"/>
              </w:pBdr>
              <w:spacing w:after="0"/>
              <w:rPr>
                <w:sz w:val="17"/>
                <w:lang w:val="ru-RU"/>
              </w:rPr>
            </w:pPr>
          </w:p>
          <w:p w14:paraId="2F107144" w14:textId="77777777" w:rsidR="00E56B8C" w:rsidRDefault="00E56B8C">
            <w:pPr>
              <w:pBdr>
                <w:bottom w:val="single" w:sz="12" w:space="1" w:color="auto"/>
              </w:pBdr>
              <w:spacing w:after="0"/>
              <w:rPr>
                <w:sz w:val="17"/>
                <w:lang w:val="ru-RU"/>
              </w:rPr>
            </w:pPr>
          </w:p>
          <w:p w14:paraId="3211E8D2" w14:textId="77777777" w:rsidR="00E56B8C" w:rsidRDefault="00E56B8C">
            <w:pPr>
              <w:spacing w:after="0"/>
              <w:rPr>
                <w:sz w:val="17"/>
                <w:lang w:val="ru-RU"/>
              </w:rPr>
            </w:pPr>
          </w:p>
          <w:p w14:paraId="4F58ADFF" w14:textId="15CE9AB6" w:rsidR="00487426" w:rsidRDefault="00000000">
            <w:pPr>
              <w:spacing w:after="0"/>
            </w:pPr>
            <w:r>
              <w:rPr>
                <w:sz w:val="17"/>
              </w:rPr>
              <w:t>____________</w:t>
            </w:r>
          </w:p>
        </w:tc>
        <w:tc>
          <w:tcPr>
            <w:tcW w:w="1020" w:type="dxa"/>
            <w:tcBorders>
              <w:top w:val="single" w:sz="4" w:space="0" w:color="D6DEE6"/>
              <w:left w:val="single" w:sz="4" w:space="0" w:color="D6DEE6"/>
              <w:bottom w:val="single" w:sz="4" w:space="0" w:color="D6DEE6"/>
              <w:right w:val="single" w:sz="4" w:space="0" w:color="D6DEE6"/>
            </w:tcBorders>
            <w:shd w:val="clear" w:color="auto" w:fill="F3F6F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817F757" w14:textId="77777777" w:rsidR="00487426" w:rsidRDefault="00000000">
            <w:pPr>
              <w:spacing w:after="0"/>
            </w:pPr>
            <w:r>
              <w:rPr>
                <w:b/>
                <w:color w:val="143E69"/>
                <w:sz w:val="17"/>
              </w:rPr>
              <w:t>№ рекламации поставщика</w:t>
            </w:r>
          </w:p>
        </w:tc>
        <w:tc>
          <w:tcPr>
            <w:tcW w:w="4251" w:type="dxa"/>
            <w:tcBorders>
              <w:top w:val="single" w:sz="4" w:space="0" w:color="D6DEE6"/>
              <w:left w:val="single" w:sz="4" w:space="0" w:color="D6DEE6"/>
              <w:bottom w:val="single" w:sz="4" w:space="0" w:color="D6DEE6"/>
              <w:right w:val="single" w:sz="4" w:space="0" w:color="D6DEE6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49E7A4A" w14:textId="77777777" w:rsidR="00E56B8C" w:rsidRDefault="00E56B8C">
            <w:pPr>
              <w:pBdr>
                <w:bottom w:val="single" w:sz="12" w:space="1" w:color="auto"/>
              </w:pBdr>
              <w:spacing w:after="0"/>
              <w:rPr>
                <w:sz w:val="17"/>
                <w:lang w:val="ru-RU"/>
              </w:rPr>
            </w:pPr>
          </w:p>
          <w:p w14:paraId="487256F4" w14:textId="77777777" w:rsidR="00E56B8C" w:rsidRDefault="00E56B8C">
            <w:pPr>
              <w:pBdr>
                <w:bottom w:val="single" w:sz="12" w:space="1" w:color="auto"/>
              </w:pBdr>
              <w:spacing w:after="0"/>
              <w:rPr>
                <w:sz w:val="17"/>
                <w:lang w:val="ru-RU"/>
              </w:rPr>
            </w:pPr>
          </w:p>
          <w:p w14:paraId="5AF6C460" w14:textId="77777777" w:rsidR="00E56B8C" w:rsidRDefault="00E56B8C">
            <w:pPr>
              <w:spacing w:after="0"/>
              <w:rPr>
                <w:sz w:val="17"/>
                <w:lang w:val="ru-RU"/>
              </w:rPr>
            </w:pPr>
          </w:p>
          <w:p w14:paraId="6A788711" w14:textId="47D86AB8" w:rsidR="00487426" w:rsidRDefault="00000000">
            <w:pPr>
              <w:spacing w:after="0"/>
            </w:pPr>
            <w:r>
              <w:rPr>
                <w:sz w:val="17"/>
              </w:rPr>
              <w:t>____________________</w:t>
            </w:r>
          </w:p>
        </w:tc>
      </w:tr>
    </w:tbl>
    <w:p w14:paraId="06C01080" w14:textId="77777777" w:rsidR="00487426" w:rsidRDefault="00000000">
      <w:pPr>
        <w:keepNext/>
        <w:spacing w:before="100" w:after="60"/>
      </w:pPr>
      <w:r>
        <w:rPr>
          <w:b/>
          <w:color w:val="143E69"/>
          <w:sz w:val="19"/>
        </w:rPr>
        <w:t>1. Сведения о заявителе и поставке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7540"/>
      </w:tblGrid>
      <w:tr w:rsidR="00487426" w14:paraId="6A3CD1BB" w14:textId="77777777">
        <w:trPr>
          <w:jc w:val="center"/>
        </w:trPr>
        <w:tc>
          <w:tcPr>
            <w:tcW w:w="238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145A491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Поставщик</w:t>
            </w:r>
          </w:p>
        </w:tc>
        <w:tc>
          <w:tcPr>
            <w:tcW w:w="75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7C70CA4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ООО «Инженерные системы»</w:t>
            </w:r>
          </w:p>
        </w:tc>
      </w:tr>
      <w:tr w:rsidR="00487426" w14:paraId="5C008932" w14:textId="77777777">
        <w:trPr>
          <w:jc w:val="center"/>
        </w:trPr>
        <w:tc>
          <w:tcPr>
            <w:tcW w:w="238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A46F130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Покупатель / заявитель</w:t>
            </w:r>
          </w:p>
        </w:tc>
        <w:tc>
          <w:tcPr>
            <w:tcW w:w="75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4E9F9AC0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 xml:space="preserve"> </w:t>
            </w:r>
          </w:p>
        </w:tc>
      </w:tr>
      <w:tr w:rsidR="00487426" w14:paraId="35FFF4D7" w14:textId="77777777">
        <w:trPr>
          <w:jc w:val="center"/>
        </w:trPr>
        <w:tc>
          <w:tcPr>
            <w:tcW w:w="238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B9C2E04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ИНН / КПП</w:t>
            </w:r>
          </w:p>
        </w:tc>
        <w:tc>
          <w:tcPr>
            <w:tcW w:w="75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19E03AD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 xml:space="preserve"> </w:t>
            </w:r>
          </w:p>
        </w:tc>
      </w:tr>
      <w:tr w:rsidR="00487426" w14:paraId="3C8ADEB1" w14:textId="77777777">
        <w:trPr>
          <w:jc w:val="center"/>
        </w:trPr>
        <w:tc>
          <w:tcPr>
            <w:tcW w:w="238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760B2A6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Адрес / город</w:t>
            </w:r>
          </w:p>
        </w:tc>
        <w:tc>
          <w:tcPr>
            <w:tcW w:w="75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3B25C47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 xml:space="preserve"> </w:t>
            </w:r>
          </w:p>
        </w:tc>
      </w:tr>
      <w:tr w:rsidR="00487426" w14:paraId="526A9E29" w14:textId="77777777">
        <w:trPr>
          <w:jc w:val="center"/>
        </w:trPr>
        <w:tc>
          <w:tcPr>
            <w:tcW w:w="238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68E1068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Контактное лицо</w:t>
            </w:r>
          </w:p>
        </w:tc>
        <w:tc>
          <w:tcPr>
            <w:tcW w:w="75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03183309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 xml:space="preserve"> </w:t>
            </w:r>
          </w:p>
        </w:tc>
      </w:tr>
      <w:tr w:rsidR="00487426" w14:paraId="3DFE5AD0" w14:textId="77777777">
        <w:trPr>
          <w:jc w:val="center"/>
        </w:trPr>
        <w:tc>
          <w:tcPr>
            <w:tcW w:w="238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F426615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Телефон / e-mail</w:t>
            </w:r>
          </w:p>
        </w:tc>
        <w:tc>
          <w:tcPr>
            <w:tcW w:w="75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15326A6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 xml:space="preserve"> </w:t>
            </w:r>
          </w:p>
        </w:tc>
      </w:tr>
      <w:tr w:rsidR="00487426" w14:paraId="0DA841A7" w14:textId="77777777">
        <w:trPr>
          <w:jc w:val="center"/>
        </w:trPr>
        <w:tc>
          <w:tcPr>
            <w:tcW w:w="238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1EEB35B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Договор / счет / заказ</w:t>
            </w:r>
          </w:p>
        </w:tc>
        <w:tc>
          <w:tcPr>
            <w:tcW w:w="75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D638313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 xml:space="preserve"> </w:t>
            </w:r>
          </w:p>
        </w:tc>
      </w:tr>
    </w:tbl>
    <w:p w14:paraId="0AEB5DAB" w14:textId="77777777" w:rsidR="00487426" w:rsidRDefault="00000000">
      <w:pPr>
        <w:keepNext/>
        <w:spacing w:before="100" w:after="60"/>
      </w:pPr>
      <w:r>
        <w:rPr>
          <w:b/>
          <w:color w:val="143E69"/>
          <w:sz w:val="19"/>
        </w:rPr>
        <w:t>2. Документы и приемка товара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040"/>
        <w:gridCol w:w="2948"/>
        <w:gridCol w:w="2040"/>
        <w:gridCol w:w="2891"/>
      </w:tblGrid>
      <w:tr w:rsidR="00487426" w14:paraId="0B94036B" w14:textId="77777777">
        <w:trPr>
          <w:jc w:val="center"/>
        </w:trPr>
        <w:tc>
          <w:tcPr>
            <w:tcW w:w="20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02750CDE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УПД / накладная №</w:t>
            </w:r>
          </w:p>
        </w:tc>
        <w:tc>
          <w:tcPr>
            <w:tcW w:w="2948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F7B4669" w14:textId="77777777" w:rsidR="00487426" w:rsidRDefault="00487426">
            <w:pPr>
              <w:spacing w:after="0" w:line="240" w:lineRule="auto"/>
            </w:pPr>
          </w:p>
        </w:tc>
        <w:tc>
          <w:tcPr>
            <w:tcW w:w="20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74918F8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Дата поставки / получения</w:t>
            </w:r>
          </w:p>
        </w:tc>
        <w:tc>
          <w:tcPr>
            <w:tcW w:w="289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A4F9F02" w14:textId="77777777" w:rsidR="00487426" w:rsidRDefault="00487426">
            <w:pPr>
              <w:spacing w:after="0" w:line="240" w:lineRule="auto"/>
            </w:pPr>
          </w:p>
        </w:tc>
      </w:tr>
      <w:tr w:rsidR="00487426" w14:paraId="582FD6F7" w14:textId="77777777">
        <w:trPr>
          <w:jc w:val="center"/>
        </w:trPr>
        <w:tc>
          <w:tcPr>
            <w:tcW w:w="20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4853E4BB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Транспортная компания</w:t>
            </w:r>
          </w:p>
        </w:tc>
        <w:tc>
          <w:tcPr>
            <w:tcW w:w="2948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57AB100" w14:textId="77777777" w:rsidR="00487426" w:rsidRDefault="00487426">
            <w:pPr>
              <w:spacing w:after="0" w:line="240" w:lineRule="auto"/>
            </w:pPr>
          </w:p>
        </w:tc>
        <w:tc>
          <w:tcPr>
            <w:tcW w:w="20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EE52963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Номер ТТН / рейса</w:t>
            </w:r>
          </w:p>
        </w:tc>
        <w:tc>
          <w:tcPr>
            <w:tcW w:w="289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8719362" w14:textId="77777777" w:rsidR="00487426" w:rsidRDefault="00487426">
            <w:pPr>
              <w:spacing w:after="0" w:line="240" w:lineRule="auto"/>
            </w:pPr>
          </w:p>
        </w:tc>
      </w:tr>
      <w:tr w:rsidR="00487426" w14:paraId="2C4DAD6E" w14:textId="77777777">
        <w:trPr>
          <w:jc w:val="center"/>
        </w:trPr>
        <w:tc>
          <w:tcPr>
            <w:tcW w:w="20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E569CB2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Состояние упаковки</w:t>
            </w:r>
          </w:p>
        </w:tc>
        <w:tc>
          <w:tcPr>
            <w:tcW w:w="2948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BC61FC6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☐ целая   ☐ повреждена   ☐ отсутствует</w:t>
            </w:r>
          </w:p>
        </w:tc>
        <w:tc>
          <w:tcPr>
            <w:tcW w:w="204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ABDB0DF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Следы внешнего воздействия</w:t>
            </w:r>
          </w:p>
        </w:tc>
        <w:tc>
          <w:tcPr>
            <w:tcW w:w="289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A37087D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☐ нет   ☐ есть</w:t>
            </w:r>
          </w:p>
        </w:tc>
      </w:tr>
    </w:tbl>
    <w:p w14:paraId="3B031EEA" w14:textId="77777777" w:rsidR="00487426" w:rsidRDefault="00000000">
      <w:pPr>
        <w:keepNext/>
        <w:spacing w:before="100" w:after="60"/>
      </w:pPr>
      <w:r>
        <w:rPr>
          <w:b/>
          <w:color w:val="143E69"/>
          <w:sz w:val="19"/>
        </w:rPr>
        <w:t>3. Товар, по которому заявлена рекламация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"/>
        <w:gridCol w:w="3061"/>
        <w:gridCol w:w="1587"/>
        <w:gridCol w:w="1190"/>
        <w:gridCol w:w="1417"/>
        <w:gridCol w:w="566"/>
        <w:gridCol w:w="1644"/>
      </w:tblGrid>
      <w:tr w:rsidR="00487426" w14:paraId="1F59C4E7" w14:textId="77777777">
        <w:trPr>
          <w:tblHeader/>
          <w:jc w:val="center"/>
        </w:trPr>
        <w:tc>
          <w:tcPr>
            <w:tcW w:w="453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01C5DB91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5"/>
              </w:rPr>
              <w:t>№</w:t>
            </w:r>
          </w:p>
        </w:tc>
        <w:tc>
          <w:tcPr>
            <w:tcW w:w="306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E84F403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5"/>
              </w:rPr>
              <w:t>Наименование / артикул</w:t>
            </w:r>
          </w:p>
        </w:tc>
        <w:tc>
          <w:tcPr>
            <w:tcW w:w="158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D91E29E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5"/>
              </w:rPr>
              <w:t>Партия / плавка / серийный №</w:t>
            </w:r>
          </w:p>
        </w:tc>
        <w:tc>
          <w:tcPr>
            <w:tcW w:w="119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0AFBBD7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5"/>
              </w:rPr>
              <w:t>Кол-во поставлено</w:t>
            </w:r>
          </w:p>
        </w:tc>
        <w:tc>
          <w:tcPr>
            <w:tcW w:w="141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40C5E512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5"/>
              </w:rPr>
              <w:t>Кол-во с несоответствием</w:t>
            </w:r>
          </w:p>
        </w:tc>
        <w:tc>
          <w:tcPr>
            <w:tcW w:w="566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02F1C5B3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5"/>
              </w:rPr>
              <w:t>Ед.</w:t>
            </w:r>
          </w:p>
        </w:tc>
        <w:tc>
          <w:tcPr>
            <w:tcW w:w="164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03A158F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5"/>
              </w:rPr>
              <w:t>Примечание</w:t>
            </w:r>
          </w:p>
        </w:tc>
      </w:tr>
      <w:tr w:rsidR="00487426" w14:paraId="543501B2" w14:textId="77777777">
        <w:trPr>
          <w:jc w:val="center"/>
        </w:trPr>
        <w:tc>
          <w:tcPr>
            <w:tcW w:w="453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1E39401" w14:textId="77777777" w:rsidR="00487426" w:rsidRDefault="00000000">
            <w:pPr>
              <w:spacing w:after="0" w:line="240" w:lineRule="auto"/>
              <w:jc w:val="center"/>
            </w:pPr>
            <w:r>
              <w:rPr>
                <w:sz w:val="15"/>
              </w:rPr>
              <w:t>1</w:t>
            </w:r>
          </w:p>
        </w:tc>
        <w:tc>
          <w:tcPr>
            <w:tcW w:w="306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22B1CC26" w14:textId="77777777" w:rsidR="00487426" w:rsidRDefault="00487426">
            <w:pPr>
              <w:spacing w:after="0" w:line="240" w:lineRule="auto"/>
            </w:pPr>
          </w:p>
        </w:tc>
        <w:tc>
          <w:tcPr>
            <w:tcW w:w="158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9F182DB" w14:textId="77777777" w:rsidR="00487426" w:rsidRDefault="0048742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135D61C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963E61B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566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87F9644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164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1B47D3B" w14:textId="77777777" w:rsidR="00487426" w:rsidRDefault="00487426">
            <w:pPr>
              <w:spacing w:after="0" w:line="240" w:lineRule="auto"/>
            </w:pPr>
          </w:p>
        </w:tc>
      </w:tr>
      <w:tr w:rsidR="00487426" w14:paraId="16EAECC3" w14:textId="77777777">
        <w:trPr>
          <w:jc w:val="center"/>
        </w:trPr>
        <w:tc>
          <w:tcPr>
            <w:tcW w:w="453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08EEB86" w14:textId="77777777" w:rsidR="00487426" w:rsidRDefault="00000000">
            <w:pPr>
              <w:spacing w:after="0" w:line="240" w:lineRule="auto"/>
              <w:jc w:val="center"/>
            </w:pPr>
            <w:r>
              <w:rPr>
                <w:sz w:val="15"/>
              </w:rPr>
              <w:t>2</w:t>
            </w:r>
          </w:p>
        </w:tc>
        <w:tc>
          <w:tcPr>
            <w:tcW w:w="306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5EE2FB2" w14:textId="77777777" w:rsidR="00487426" w:rsidRDefault="00487426">
            <w:pPr>
              <w:spacing w:after="0" w:line="240" w:lineRule="auto"/>
            </w:pPr>
          </w:p>
        </w:tc>
        <w:tc>
          <w:tcPr>
            <w:tcW w:w="158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2DA8AC76" w14:textId="77777777" w:rsidR="00487426" w:rsidRDefault="0048742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AECFAD1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05EF67F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566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4623466B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164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251605F" w14:textId="77777777" w:rsidR="00487426" w:rsidRDefault="00487426">
            <w:pPr>
              <w:spacing w:after="0" w:line="240" w:lineRule="auto"/>
            </w:pPr>
          </w:p>
        </w:tc>
      </w:tr>
      <w:tr w:rsidR="00487426" w14:paraId="66157725" w14:textId="77777777">
        <w:trPr>
          <w:jc w:val="center"/>
        </w:trPr>
        <w:tc>
          <w:tcPr>
            <w:tcW w:w="453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4D89BCEC" w14:textId="77777777" w:rsidR="00487426" w:rsidRDefault="00000000">
            <w:pPr>
              <w:spacing w:after="0" w:line="240" w:lineRule="auto"/>
              <w:jc w:val="center"/>
            </w:pPr>
            <w:r>
              <w:rPr>
                <w:sz w:val="15"/>
              </w:rPr>
              <w:t>3</w:t>
            </w:r>
          </w:p>
        </w:tc>
        <w:tc>
          <w:tcPr>
            <w:tcW w:w="306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8217989" w14:textId="77777777" w:rsidR="00487426" w:rsidRDefault="00487426">
            <w:pPr>
              <w:spacing w:after="0" w:line="240" w:lineRule="auto"/>
            </w:pPr>
          </w:p>
        </w:tc>
        <w:tc>
          <w:tcPr>
            <w:tcW w:w="158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7404167" w14:textId="77777777" w:rsidR="00487426" w:rsidRDefault="0048742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719F4F1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9D6AA60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566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B530335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164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AAEFC65" w14:textId="77777777" w:rsidR="00487426" w:rsidRDefault="00487426">
            <w:pPr>
              <w:spacing w:after="0" w:line="240" w:lineRule="auto"/>
            </w:pPr>
          </w:p>
        </w:tc>
      </w:tr>
      <w:tr w:rsidR="00487426" w14:paraId="27E020DC" w14:textId="77777777">
        <w:trPr>
          <w:jc w:val="center"/>
        </w:trPr>
        <w:tc>
          <w:tcPr>
            <w:tcW w:w="453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088B914" w14:textId="77777777" w:rsidR="00487426" w:rsidRDefault="00000000">
            <w:pPr>
              <w:spacing w:after="0" w:line="240" w:lineRule="auto"/>
              <w:jc w:val="center"/>
            </w:pPr>
            <w:r>
              <w:rPr>
                <w:sz w:val="15"/>
              </w:rPr>
              <w:t>4</w:t>
            </w:r>
          </w:p>
        </w:tc>
        <w:tc>
          <w:tcPr>
            <w:tcW w:w="306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8313105" w14:textId="77777777" w:rsidR="00487426" w:rsidRDefault="00487426">
            <w:pPr>
              <w:spacing w:after="0" w:line="240" w:lineRule="auto"/>
            </w:pPr>
          </w:p>
        </w:tc>
        <w:tc>
          <w:tcPr>
            <w:tcW w:w="158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2327738" w14:textId="77777777" w:rsidR="00487426" w:rsidRDefault="00487426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5145020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752989D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566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6B5B9B1" w14:textId="77777777" w:rsidR="00487426" w:rsidRDefault="00487426">
            <w:pPr>
              <w:spacing w:after="0" w:line="240" w:lineRule="auto"/>
              <w:jc w:val="center"/>
            </w:pPr>
          </w:p>
        </w:tc>
        <w:tc>
          <w:tcPr>
            <w:tcW w:w="164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4A1A266" w14:textId="77777777" w:rsidR="00487426" w:rsidRDefault="00487426">
            <w:pPr>
              <w:spacing w:after="0" w:line="240" w:lineRule="auto"/>
            </w:pPr>
          </w:p>
        </w:tc>
      </w:tr>
    </w:tbl>
    <w:p w14:paraId="5C5970C9" w14:textId="77777777" w:rsidR="00487426" w:rsidRDefault="00000000">
      <w:pPr>
        <w:keepNext/>
        <w:spacing w:before="100" w:after="60"/>
      </w:pPr>
      <w:r>
        <w:rPr>
          <w:b/>
          <w:color w:val="143E69"/>
          <w:sz w:val="19"/>
        </w:rPr>
        <w:t>4. Характер несоответствия</w:t>
      </w:r>
    </w:p>
    <w:p w14:paraId="6E48B931" w14:textId="77777777" w:rsidR="00487426" w:rsidRPr="00E56B8C" w:rsidRDefault="00000000">
      <w:pPr>
        <w:spacing w:after="60" w:line="252" w:lineRule="auto"/>
        <w:rPr>
          <w:lang w:val="ru-RU"/>
        </w:rPr>
      </w:pPr>
      <w:r w:rsidRPr="00E56B8C">
        <w:rPr>
          <w:b/>
          <w:sz w:val="17"/>
          <w:lang w:val="ru-RU"/>
        </w:rPr>
        <w:t xml:space="preserve">Отметьте подходящее: </w:t>
      </w:r>
      <w:r w:rsidRPr="00E56B8C">
        <w:rPr>
          <w:sz w:val="16"/>
          <w:lang w:val="ru-RU"/>
        </w:rPr>
        <w:t>☐ количество / комплектность   ☐ геометрия / размеры   ☐ материал / марка стали   ☐ маркировка / документы</w:t>
      </w:r>
      <w:r w:rsidRPr="00E56B8C">
        <w:rPr>
          <w:sz w:val="16"/>
          <w:lang w:val="ru-RU"/>
        </w:rPr>
        <w:br/>
        <w:t>☐ покрытие / коррозия   ☐ механическое повреждение   ☐ герметичность / работоспособность   ☐ упаковка   ☐ другое</w:t>
      </w:r>
    </w:p>
    <w:p w14:paraId="76F57566" w14:textId="77777777" w:rsidR="00487426" w:rsidRPr="00E56B8C" w:rsidRDefault="00000000">
      <w:pPr>
        <w:spacing w:line="240" w:lineRule="auto"/>
        <w:rPr>
          <w:lang w:val="ru-RU"/>
        </w:rPr>
      </w:pPr>
      <w:r w:rsidRPr="00E56B8C">
        <w:rPr>
          <w:b/>
          <w:lang w:val="ru-RU"/>
        </w:rPr>
        <w:t>Подробное описание дефекта / несоответствия:</w:t>
      </w:r>
      <w:r w:rsidRPr="00E56B8C">
        <w:rPr>
          <w:lang w:val="ru-RU"/>
        </w:rPr>
        <w:t xml:space="preserve"> ____________________________________________________________</w:t>
      </w:r>
    </w:p>
    <w:p w14:paraId="41A5B9C6" w14:textId="77777777" w:rsidR="00487426" w:rsidRPr="00E56B8C" w:rsidRDefault="00000000">
      <w:pPr>
        <w:spacing w:line="240" w:lineRule="auto"/>
        <w:rPr>
          <w:lang w:val="ru-RU"/>
        </w:rPr>
      </w:pPr>
      <w:r w:rsidRPr="00E56B8C">
        <w:rPr>
          <w:lang w:val="ru-RU"/>
        </w:rPr>
        <w:t xml:space="preserve"> ______________________________________________________________________________________</w:t>
      </w:r>
    </w:p>
    <w:p w14:paraId="0DD4B42E" w14:textId="77777777" w:rsidR="00487426" w:rsidRPr="00E56B8C" w:rsidRDefault="00000000">
      <w:pPr>
        <w:spacing w:line="240" w:lineRule="auto"/>
        <w:rPr>
          <w:lang w:val="ru-RU"/>
        </w:rPr>
      </w:pPr>
      <w:r w:rsidRPr="00E56B8C">
        <w:rPr>
          <w:b/>
          <w:lang w:val="ru-RU"/>
        </w:rPr>
        <w:t>Условия и момент обнаружения (при приемке, монтаже, испытании, эксплуатации):</w:t>
      </w:r>
      <w:r w:rsidRPr="00E56B8C">
        <w:rPr>
          <w:lang w:val="ru-RU"/>
        </w:rPr>
        <w:t xml:space="preserve"> __________________________________________</w:t>
      </w:r>
    </w:p>
    <w:p w14:paraId="3410F49F" w14:textId="77777777" w:rsidR="00487426" w:rsidRDefault="00000000">
      <w:pPr>
        <w:spacing w:line="240" w:lineRule="auto"/>
      </w:pPr>
      <w:r w:rsidRPr="00E56B8C">
        <w:rPr>
          <w:lang w:val="ru-RU"/>
        </w:rPr>
        <w:t xml:space="preserve"> </w:t>
      </w:r>
      <w:r>
        <w:t>______________________________________________________________________________________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54"/>
        <w:gridCol w:w="2664"/>
        <w:gridCol w:w="2437"/>
        <w:gridCol w:w="2664"/>
      </w:tblGrid>
      <w:tr w:rsidR="00487426" w14:paraId="1290480B" w14:textId="77777777">
        <w:trPr>
          <w:jc w:val="center"/>
        </w:trPr>
        <w:tc>
          <w:tcPr>
            <w:tcW w:w="215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09853C2D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Фото / видео</w:t>
            </w:r>
          </w:p>
        </w:tc>
        <w:tc>
          <w:tcPr>
            <w:tcW w:w="266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762379A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☐ приложены   ☐ нет</w:t>
            </w:r>
          </w:p>
        </w:tc>
        <w:tc>
          <w:tcPr>
            <w:tcW w:w="243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DFC040E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Маркировка / шильдик читаемы</w:t>
            </w:r>
          </w:p>
        </w:tc>
        <w:tc>
          <w:tcPr>
            <w:tcW w:w="266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834899D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☐ да   ☐ нет</w:t>
            </w:r>
          </w:p>
        </w:tc>
      </w:tr>
      <w:tr w:rsidR="00487426" w14:paraId="03A78A17" w14:textId="77777777">
        <w:trPr>
          <w:jc w:val="center"/>
        </w:trPr>
        <w:tc>
          <w:tcPr>
            <w:tcW w:w="215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44289926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Изделие сохранено для осмотра</w:t>
            </w:r>
          </w:p>
        </w:tc>
        <w:tc>
          <w:tcPr>
            <w:tcW w:w="266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48827C3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☐ да   ☐ нет</w:t>
            </w:r>
          </w:p>
        </w:tc>
        <w:tc>
          <w:tcPr>
            <w:tcW w:w="243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66A3F54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Упаковка сохранена</w:t>
            </w:r>
          </w:p>
        </w:tc>
        <w:tc>
          <w:tcPr>
            <w:tcW w:w="266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450C4B0A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☐ да   ☐ нет</w:t>
            </w:r>
          </w:p>
        </w:tc>
      </w:tr>
    </w:tbl>
    <w:p w14:paraId="4D694475" w14:textId="77777777" w:rsidR="00487426" w:rsidRDefault="00000000">
      <w:r>
        <w:br w:type="page"/>
      </w:r>
    </w:p>
    <w:p w14:paraId="5A742DDE" w14:textId="77777777" w:rsidR="00487426" w:rsidRDefault="00000000">
      <w:pPr>
        <w:keepNext/>
        <w:spacing w:before="100" w:after="60"/>
      </w:pPr>
      <w:r>
        <w:rPr>
          <w:b/>
          <w:color w:val="143E69"/>
          <w:sz w:val="19"/>
        </w:rPr>
        <w:lastRenderedPageBreak/>
        <w:t>5. Требование заявителя</w:t>
      </w:r>
    </w:p>
    <w:p w14:paraId="36109708" w14:textId="77777777" w:rsidR="00487426" w:rsidRPr="00E56B8C" w:rsidRDefault="00000000">
      <w:pPr>
        <w:spacing w:after="60" w:line="252" w:lineRule="auto"/>
        <w:rPr>
          <w:lang w:val="ru-RU"/>
        </w:rPr>
      </w:pPr>
      <w:r w:rsidRPr="00E56B8C">
        <w:rPr>
          <w:sz w:val="17"/>
          <w:lang w:val="ru-RU"/>
        </w:rPr>
        <w:t>☐ заменить товар   ☐ доукомплектовать / допоставить   ☐ устранить недостаток / доработать   ☐ уменьшить цену</w:t>
      </w:r>
      <w:r w:rsidRPr="00E56B8C">
        <w:rPr>
          <w:sz w:val="17"/>
          <w:lang w:val="ru-RU"/>
        </w:rPr>
        <w:br/>
        <w:t>☐ вернуть стоимость товара   ☐ направить специалиста / провести совместный осмотр   ☐ другое: ____________________________</w:t>
      </w:r>
    </w:p>
    <w:p w14:paraId="357EF1A3" w14:textId="77777777" w:rsidR="00487426" w:rsidRPr="00E56B8C" w:rsidRDefault="00000000">
      <w:pPr>
        <w:spacing w:line="240" w:lineRule="auto"/>
        <w:rPr>
          <w:lang w:val="ru-RU"/>
        </w:rPr>
      </w:pPr>
      <w:r w:rsidRPr="00E56B8C">
        <w:rPr>
          <w:b/>
          <w:lang w:val="ru-RU"/>
        </w:rPr>
        <w:t>Комментарий / желаемый срок урегулирования:</w:t>
      </w:r>
      <w:r w:rsidRPr="00E56B8C">
        <w:rPr>
          <w:lang w:val="ru-RU"/>
        </w:rPr>
        <w:t xml:space="preserve"> _____________________________________________________________</w:t>
      </w:r>
    </w:p>
    <w:p w14:paraId="6208CAFC" w14:textId="77777777" w:rsidR="00487426" w:rsidRPr="00E56B8C" w:rsidRDefault="00000000">
      <w:pPr>
        <w:spacing w:line="240" w:lineRule="auto"/>
        <w:rPr>
          <w:lang w:val="ru-RU"/>
        </w:rPr>
      </w:pPr>
      <w:r w:rsidRPr="00E56B8C">
        <w:rPr>
          <w:lang w:val="ru-RU"/>
        </w:rPr>
        <w:t xml:space="preserve"> ______________________________________________________________________________________</w:t>
      </w:r>
    </w:p>
    <w:p w14:paraId="06601E69" w14:textId="77777777" w:rsidR="00487426" w:rsidRPr="00E56B8C" w:rsidRDefault="00000000">
      <w:pPr>
        <w:keepNext/>
        <w:spacing w:before="100" w:after="60"/>
        <w:rPr>
          <w:lang w:val="ru-RU"/>
        </w:rPr>
      </w:pPr>
      <w:r w:rsidRPr="00E56B8C">
        <w:rPr>
          <w:b/>
          <w:color w:val="143E69"/>
          <w:sz w:val="19"/>
          <w:lang w:val="ru-RU"/>
        </w:rPr>
        <w:t>6. Приложения к рекламации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"/>
        <w:gridCol w:w="5272"/>
        <w:gridCol w:w="1020"/>
        <w:gridCol w:w="3174"/>
      </w:tblGrid>
      <w:tr w:rsidR="00487426" w14:paraId="11724B00" w14:textId="77777777">
        <w:trPr>
          <w:tblHeader/>
          <w:jc w:val="center"/>
        </w:trPr>
        <w:tc>
          <w:tcPr>
            <w:tcW w:w="453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07B5519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6"/>
              </w:rPr>
              <w:t>№</w:t>
            </w:r>
          </w:p>
        </w:tc>
        <w:tc>
          <w:tcPr>
            <w:tcW w:w="5272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067C6758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6"/>
              </w:rPr>
              <w:t>Документ / материал</w:t>
            </w:r>
          </w:p>
        </w:tc>
        <w:tc>
          <w:tcPr>
            <w:tcW w:w="102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D95447A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6"/>
              </w:rPr>
              <w:t>Кол-во листов / файлов</w:t>
            </w:r>
          </w:p>
        </w:tc>
        <w:tc>
          <w:tcPr>
            <w:tcW w:w="317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270EE4A" w14:textId="77777777" w:rsidR="00487426" w:rsidRDefault="00000000">
            <w:pPr>
              <w:spacing w:after="0" w:line="240" w:lineRule="auto"/>
              <w:jc w:val="center"/>
            </w:pPr>
            <w:r>
              <w:rPr>
                <w:b/>
                <w:color w:val="143E69"/>
                <w:sz w:val="16"/>
              </w:rPr>
              <w:t>Примечание</w:t>
            </w:r>
          </w:p>
        </w:tc>
      </w:tr>
      <w:tr w:rsidR="00487426" w14:paraId="2EA636E4" w14:textId="77777777">
        <w:trPr>
          <w:jc w:val="center"/>
        </w:trPr>
        <w:tc>
          <w:tcPr>
            <w:tcW w:w="453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8B408BA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1</w:t>
            </w:r>
          </w:p>
        </w:tc>
        <w:tc>
          <w:tcPr>
            <w:tcW w:w="5272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DBFBD95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Копия УПД / накладной / счета</w:t>
            </w:r>
          </w:p>
        </w:tc>
        <w:tc>
          <w:tcPr>
            <w:tcW w:w="102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FD8DA31" w14:textId="77777777" w:rsidR="00487426" w:rsidRDefault="00487426">
            <w:pPr>
              <w:spacing w:after="0" w:line="240" w:lineRule="auto"/>
            </w:pPr>
          </w:p>
        </w:tc>
        <w:tc>
          <w:tcPr>
            <w:tcW w:w="317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D375434" w14:textId="77777777" w:rsidR="00487426" w:rsidRDefault="00487426">
            <w:pPr>
              <w:spacing w:after="0" w:line="240" w:lineRule="auto"/>
            </w:pPr>
          </w:p>
        </w:tc>
      </w:tr>
      <w:tr w:rsidR="00487426" w:rsidRPr="00E56B8C" w14:paraId="30B26372" w14:textId="77777777">
        <w:trPr>
          <w:jc w:val="center"/>
        </w:trPr>
        <w:tc>
          <w:tcPr>
            <w:tcW w:w="453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994A72A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2</w:t>
            </w:r>
          </w:p>
        </w:tc>
        <w:tc>
          <w:tcPr>
            <w:tcW w:w="5272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6DDC409" w14:textId="77777777" w:rsidR="00487426" w:rsidRPr="00E56B8C" w:rsidRDefault="00000000">
            <w:pPr>
              <w:spacing w:after="0" w:line="240" w:lineRule="auto"/>
              <w:rPr>
                <w:lang w:val="ru-RU"/>
              </w:rPr>
            </w:pPr>
            <w:r w:rsidRPr="00E56B8C">
              <w:rPr>
                <w:sz w:val="16"/>
                <w:lang w:val="ru-RU"/>
              </w:rPr>
              <w:t>Фото товара, упаковки, маркировки и дефекта</w:t>
            </w:r>
          </w:p>
        </w:tc>
        <w:tc>
          <w:tcPr>
            <w:tcW w:w="102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4B65593" w14:textId="77777777" w:rsidR="00487426" w:rsidRPr="00E56B8C" w:rsidRDefault="00487426"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317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1FDCD1A" w14:textId="77777777" w:rsidR="00487426" w:rsidRPr="00E56B8C" w:rsidRDefault="00487426">
            <w:pPr>
              <w:spacing w:after="0" w:line="240" w:lineRule="auto"/>
              <w:rPr>
                <w:lang w:val="ru-RU"/>
              </w:rPr>
            </w:pPr>
          </w:p>
        </w:tc>
      </w:tr>
      <w:tr w:rsidR="00487426" w:rsidRPr="00E56B8C" w14:paraId="0B050E12" w14:textId="77777777">
        <w:trPr>
          <w:jc w:val="center"/>
        </w:trPr>
        <w:tc>
          <w:tcPr>
            <w:tcW w:w="453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469DCFC6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3</w:t>
            </w:r>
          </w:p>
        </w:tc>
        <w:tc>
          <w:tcPr>
            <w:tcW w:w="5272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2F38C416" w14:textId="77777777" w:rsidR="00487426" w:rsidRPr="00E56B8C" w:rsidRDefault="00000000">
            <w:pPr>
              <w:spacing w:after="0" w:line="240" w:lineRule="auto"/>
              <w:rPr>
                <w:lang w:val="ru-RU"/>
              </w:rPr>
            </w:pPr>
            <w:r w:rsidRPr="00E56B8C">
              <w:rPr>
                <w:sz w:val="16"/>
                <w:lang w:val="ru-RU"/>
              </w:rPr>
              <w:t>Акт приемки / акт транспортной компании (при наличии)</w:t>
            </w:r>
          </w:p>
        </w:tc>
        <w:tc>
          <w:tcPr>
            <w:tcW w:w="102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2FC73BB6" w14:textId="77777777" w:rsidR="00487426" w:rsidRPr="00E56B8C" w:rsidRDefault="00487426"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317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094A860B" w14:textId="77777777" w:rsidR="00487426" w:rsidRPr="00E56B8C" w:rsidRDefault="00487426">
            <w:pPr>
              <w:spacing w:after="0" w:line="240" w:lineRule="auto"/>
              <w:rPr>
                <w:lang w:val="ru-RU"/>
              </w:rPr>
            </w:pPr>
          </w:p>
        </w:tc>
      </w:tr>
      <w:tr w:rsidR="00487426" w14:paraId="72E5BBDD" w14:textId="77777777">
        <w:trPr>
          <w:jc w:val="center"/>
        </w:trPr>
        <w:tc>
          <w:tcPr>
            <w:tcW w:w="453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BF9733F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4</w:t>
            </w:r>
          </w:p>
        </w:tc>
        <w:tc>
          <w:tcPr>
            <w:tcW w:w="5272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0BC72642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>Иное: _______________________________________________</w:t>
            </w:r>
          </w:p>
        </w:tc>
        <w:tc>
          <w:tcPr>
            <w:tcW w:w="102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2137ACE" w14:textId="77777777" w:rsidR="00487426" w:rsidRDefault="00487426">
            <w:pPr>
              <w:spacing w:after="0" w:line="240" w:lineRule="auto"/>
            </w:pPr>
          </w:p>
        </w:tc>
        <w:tc>
          <w:tcPr>
            <w:tcW w:w="3174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05B1FF4" w14:textId="77777777" w:rsidR="00487426" w:rsidRDefault="00487426">
            <w:pPr>
              <w:spacing w:after="0" w:line="240" w:lineRule="auto"/>
            </w:pPr>
          </w:p>
        </w:tc>
      </w:tr>
    </w:tbl>
    <w:p w14:paraId="72650099" w14:textId="77777777" w:rsidR="00487426" w:rsidRPr="00E56B8C" w:rsidRDefault="00000000">
      <w:pPr>
        <w:spacing w:before="100" w:after="100"/>
        <w:rPr>
          <w:lang w:val="ru-RU"/>
        </w:rPr>
      </w:pPr>
      <w:r w:rsidRPr="00E56B8C">
        <w:rPr>
          <w:b/>
          <w:color w:val="143E69"/>
          <w:sz w:val="16"/>
          <w:lang w:val="ru-RU"/>
        </w:rPr>
        <w:t xml:space="preserve">Важно: </w:t>
      </w:r>
      <w:r w:rsidRPr="00E56B8C">
        <w:rPr>
          <w:color w:val="464646"/>
          <w:sz w:val="16"/>
          <w:lang w:val="ru-RU"/>
        </w:rPr>
        <w:t>до завершения рассмотрения рекламации рекомендуется сохранить спорный товар, упаковку, маркировку и иные доказательства в неизменном состоянии, а также обеспечить возможность осмотра. Не производить разборку, ремонт или утилизацию без согласования с поставщиком, если это не требуется для предотвращения ущерба или безопасной эксплуатации.</w:t>
      </w:r>
    </w:p>
    <w:p w14:paraId="27D4DC67" w14:textId="77777777" w:rsidR="00487426" w:rsidRDefault="00000000">
      <w:pPr>
        <w:keepNext/>
        <w:spacing w:before="100" w:after="60"/>
      </w:pPr>
      <w:r>
        <w:rPr>
          <w:b/>
          <w:color w:val="143E69"/>
          <w:sz w:val="19"/>
        </w:rPr>
        <w:t>7. Подтверждение заявителя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11"/>
        <w:gridCol w:w="3401"/>
        <w:gridCol w:w="1587"/>
        <w:gridCol w:w="2721"/>
      </w:tblGrid>
      <w:tr w:rsidR="00487426" w14:paraId="2DADE92A" w14:textId="77777777">
        <w:trPr>
          <w:jc w:val="center"/>
        </w:trPr>
        <w:tc>
          <w:tcPr>
            <w:tcW w:w="221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2C1827C5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Акт составил (ФИО, должность)</w:t>
            </w:r>
          </w:p>
        </w:tc>
        <w:tc>
          <w:tcPr>
            <w:tcW w:w="340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5BA8DEE" w14:textId="77777777" w:rsidR="00487426" w:rsidRDefault="00487426">
            <w:pPr>
              <w:spacing w:after="0" w:line="240" w:lineRule="auto"/>
            </w:pPr>
          </w:p>
        </w:tc>
        <w:tc>
          <w:tcPr>
            <w:tcW w:w="158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0E3A360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Дата</w:t>
            </w:r>
          </w:p>
        </w:tc>
        <w:tc>
          <w:tcPr>
            <w:tcW w:w="272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47FF7164" w14:textId="77777777" w:rsidR="00487426" w:rsidRDefault="00487426">
            <w:pPr>
              <w:spacing w:after="0" w:line="240" w:lineRule="auto"/>
            </w:pPr>
          </w:p>
        </w:tc>
      </w:tr>
      <w:tr w:rsidR="00487426" w14:paraId="4C59C054" w14:textId="77777777">
        <w:trPr>
          <w:jc w:val="center"/>
        </w:trPr>
        <w:tc>
          <w:tcPr>
            <w:tcW w:w="221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03D6AFF3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Подпись</w:t>
            </w:r>
          </w:p>
        </w:tc>
        <w:tc>
          <w:tcPr>
            <w:tcW w:w="340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E28BFE3" w14:textId="77777777" w:rsidR="00487426" w:rsidRDefault="00487426">
            <w:pPr>
              <w:spacing w:after="0" w:line="240" w:lineRule="auto"/>
            </w:pPr>
          </w:p>
        </w:tc>
        <w:tc>
          <w:tcPr>
            <w:tcW w:w="158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C5653A9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М.П. (при наличии)</w:t>
            </w:r>
          </w:p>
        </w:tc>
        <w:tc>
          <w:tcPr>
            <w:tcW w:w="272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6D45F52" w14:textId="77777777" w:rsidR="00487426" w:rsidRDefault="00487426">
            <w:pPr>
              <w:spacing w:after="0" w:line="240" w:lineRule="auto"/>
            </w:pPr>
          </w:p>
        </w:tc>
      </w:tr>
      <w:tr w:rsidR="00487426" w14:paraId="136CC7B5" w14:textId="77777777">
        <w:trPr>
          <w:jc w:val="center"/>
        </w:trPr>
        <w:tc>
          <w:tcPr>
            <w:tcW w:w="221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2A3433F4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Представитель при совместном осмотре</w:t>
            </w:r>
          </w:p>
        </w:tc>
        <w:tc>
          <w:tcPr>
            <w:tcW w:w="340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2FB9DE86" w14:textId="77777777" w:rsidR="00487426" w:rsidRDefault="00487426">
            <w:pPr>
              <w:spacing w:after="0" w:line="240" w:lineRule="auto"/>
            </w:pPr>
          </w:p>
        </w:tc>
        <w:tc>
          <w:tcPr>
            <w:tcW w:w="1587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F3F6F9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089A8E14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Контакт</w:t>
            </w:r>
          </w:p>
        </w:tc>
        <w:tc>
          <w:tcPr>
            <w:tcW w:w="272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2C494F1D" w14:textId="77777777" w:rsidR="00487426" w:rsidRDefault="00487426">
            <w:pPr>
              <w:spacing w:after="0" w:line="240" w:lineRule="auto"/>
            </w:pPr>
          </w:p>
        </w:tc>
      </w:tr>
    </w:tbl>
    <w:p w14:paraId="4F3618C2" w14:textId="77777777" w:rsidR="00487426" w:rsidRDefault="00000000">
      <w:pPr>
        <w:keepNext/>
        <w:spacing w:before="100" w:after="60"/>
      </w:pPr>
      <w:r>
        <w:rPr>
          <w:b/>
          <w:color w:val="143E69"/>
          <w:sz w:val="19"/>
        </w:rPr>
        <w:t>8. Заключение ООО «Инженерные системы»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21"/>
        <w:gridCol w:w="7200"/>
      </w:tblGrid>
      <w:tr w:rsidR="00487426" w14:paraId="67B80BF3" w14:textId="77777777">
        <w:trPr>
          <w:jc w:val="center"/>
        </w:trPr>
        <w:tc>
          <w:tcPr>
            <w:tcW w:w="272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6960B88B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Дата получения рекламации</w:t>
            </w:r>
          </w:p>
        </w:tc>
        <w:tc>
          <w:tcPr>
            <w:tcW w:w="720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E94A62E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 xml:space="preserve"> </w:t>
            </w:r>
          </w:p>
        </w:tc>
      </w:tr>
      <w:tr w:rsidR="00487426" w:rsidRPr="00E56B8C" w14:paraId="006820BC" w14:textId="77777777">
        <w:trPr>
          <w:jc w:val="center"/>
        </w:trPr>
        <w:tc>
          <w:tcPr>
            <w:tcW w:w="272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AAF4FEF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Результат рассмотрения</w:t>
            </w:r>
          </w:p>
        </w:tc>
        <w:tc>
          <w:tcPr>
            <w:tcW w:w="720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29A3174" w14:textId="77777777" w:rsidR="00487426" w:rsidRPr="00E56B8C" w:rsidRDefault="00000000">
            <w:pPr>
              <w:spacing w:after="0" w:line="240" w:lineRule="auto"/>
              <w:rPr>
                <w:lang w:val="ru-RU"/>
              </w:rPr>
            </w:pPr>
            <w:r w:rsidRPr="00E56B8C">
              <w:rPr>
                <w:sz w:val="16"/>
                <w:lang w:val="ru-RU"/>
              </w:rPr>
              <w:t>☐ признана   ☐ признана частично   ☐ не подтверждена   ☐ требуется доп. информация / осмотр</w:t>
            </w:r>
          </w:p>
        </w:tc>
      </w:tr>
      <w:tr w:rsidR="00487426" w14:paraId="5F99DF2A" w14:textId="77777777">
        <w:trPr>
          <w:jc w:val="center"/>
        </w:trPr>
        <w:tc>
          <w:tcPr>
            <w:tcW w:w="272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35BC8DDC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Причина / заключение</w:t>
            </w:r>
          </w:p>
        </w:tc>
        <w:tc>
          <w:tcPr>
            <w:tcW w:w="720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D9B084B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 xml:space="preserve"> </w:t>
            </w:r>
          </w:p>
        </w:tc>
      </w:tr>
      <w:tr w:rsidR="00487426" w14:paraId="4D9CF0A7" w14:textId="77777777">
        <w:trPr>
          <w:jc w:val="center"/>
        </w:trPr>
        <w:tc>
          <w:tcPr>
            <w:tcW w:w="272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2D1337C2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Принятое решение</w:t>
            </w:r>
          </w:p>
        </w:tc>
        <w:tc>
          <w:tcPr>
            <w:tcW w:w="720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554EDDB9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 xml:space="preserve"> </w:t>
            </w:r>
          </w:p>
        </w:tc>
      </w:tr>
      <w:tr w:rsidR="00487426" w14:paraId="5F050F98" w14:textId="77777777">
        <w:trPr>
          <w:jc w:val="center"/>
        </w:trPr>
        <w:tc>
          <w:tcPr>
            <w:tcW w:w="2721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shd w:val="clear" w:color="auto" w:fill="EAF0F6"/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18C90678" w14:textId="77777777" w:rsidR="00487426" w:rsidRDefault="00000000">
            <w:pPr>
              <w:spacing w:after="0" w:line="240" w:lineRule="auto"/>
            </w:pPr>
            <w:r>
              <w:rPr>
                <w:b/>
                <w:color w:val="143E69"/>
                <w:sz w:val="16"/>
              </w:rPr>
              <w:t>Ответственный / срок исполнения</w:t>
            </w:r>
          </w:p>
        </w:tc>
        <w:tc>
          <w:tcPr>
            <w:tcW w:w="7200" w:type="dxa"/>
            <w:tcBorders>
              <w:top w:val="single" w:sz="4" w:space="0" w:color="B7C3CE"/>
              <w:left w:val="single" w:sz="4" w:space="0" w:color="B7C3CE"/>
              <w:bottom w:val="single" w:sz="4" w:space="0" w:color="B7C3CE"/>
              <w:right w:val="single" w:sz="4" w:space="0" w:color="B7C3CE"/>
            </w:tcBorders>
            <w:tcMar>
              <w:top w:w="80" w:type="dxa"/>
              <w:left w:w="95" w:type="dxa"/>
              <w:bottom w:w="80" w:type="dxa"/>
              <w:right w:w="95" w:type="dxa"/>
            </w:tcMar>
            <w:vAlign w:val="center"/>
          </w:tcPr>
          <w:p w14:paraId="7309EE3A" w14:textId="77777777" w:rsidR="00487426" w:rsidRDefault="00000000">
            <w:pPr>
              <w:spacing w:after="0" w:line="240" w:lineRule="auto"/>
            </w:pPr>
            <w:r>
              <w:rPr>
                <w:sz w:val="16"/>
              </w:rPr>
              <w:t xml:space="preserve"> </w:t>
            </w:r>
          </w:p>
        </w:tc>
      </w:tr>
    </w:tbl>
    <w:p w14:paraId="7C695203" w14:textId="77777777" w:rsidR="00E56B8C" w:rsidRDefault="00E56B8C">
      <w:pPr>
        <w:spacing w:before="100" w:after="0"/>
        <w:rPr>
          <w:sz w:val="17"/>
          <w:lang w:val="ru-RU"/>
        </w:rPr>
      </w:pPr>
    </w:p>
    <w:p w14:paraId="0DCF2668" w14:textId="77777777" w:rsidR="00E56B8C" w:rsidRDefault="00000000">
      <w:pPr>
        <w:spacing w:before="100" w:after="0"/>
        <w:rPr>
          <w:sz w:val="17"/>
          <w:lang w:val="ru-RU"/>
        </w:rPr>
      </w:pPr>
      <w:r w:rsidRPr="00E56B8C">
        <w:rPr>
          <w:sz w:val="17"/>
          <w:lang w:val="ru-RU"/>
        </w:rPr>
        <w:t xml:space="preserve">Подпись уполномоченного лица: ________________________________   / ________________________________ /   </w:t>
      </w:r>
    </w:p>
    <w:p w14:paraId="4B21EB67" w14:textId="77777777" w:rsidR="00E56B8C" w:rsidRDefault="00E56B8C">
      <w:pPr>
        <w:spacing w:before="100" w:after="0"/>
        <w:rPr>
          <w:sz w:val="17"/>
          <w:lang w:val="ru-RU"/>
        </w:rPr>
      </w:pPr>
    </w:p>
    <w:p w14:paraId="6034230B" w14:textId="5F012CD6" w:rsidR="00487426" w:rsidRPr="00E56B8C" w:rsidRDefault="00000000">
      <w:pPr>
        <w:spacing w:before="100" w:after="0"/>
        <w:rPr>
          <w:lang w:val="ru-RU"/>
        </w:rPr>
      </w:pPr>
      <w:r w:rsidRPr="00E56B8C">
        <w:rPr>
          <w:sz w:val="17"/>
          <w:lang w:val="ru-RU"/>
        </w:rPr>
        <w:t xml:space="preserve"> Дата: «___» __________ 20___ г.</w:t>
      </w:r>
    </w:p>
    <w:sectPr w:rsidR="00487426" w:rsidRPr="00E56B8C" w:rsidSect="00034616">
      <w:headerReference w:type="default" r:id="rId8"/>
      <w:footerReference w:type="default" r:id="rId9"/>
      <w:pgSz w:w="12240" w:h="15840"/>
      <w:pgMar w:top="680" w:right="907" w:bottom="680" w:left="907" w:header="283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B6559" w14:textId="77777777" w:rsidR="0028001D" w:rsidRDefault="0028001D">
      <w:pPr>
        <w:spacing w:after="0" w:line="240" w:lineRule="auto"/>
      </w:pPr>
      <w:r>
        <w:separator/>
      </w:r>
    </w:p>
  </w:endnote>
  <w:endnote w:type="continuationSeparator" w:id="0">
    <w:p w14:paraId="187327B2" w14:textId="77777777" w:rsidR="0028001D" w:rsidRDefault="00280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8C001" w14:textId="77777777" w:rsidR="00487426" w:rsidRPr="00E56B8C" w:rsidRDefault="00000000">
    <w:pPr>
      <w:pStyle w:val="a7"/>
      <w:jc w:val="center"/>
      <w:rPr>
        <w:lang w:val="ru-RU"/>
      </w:rPr>
    </w:pPr>
    <w:r w:rsidRPr="00E56B8C">
      <w:rPr>
        <w:color w:val="787878"/>
        <w:sz w:val="15"/>
        <w:lang w:val="ru-RU"/>
      </w:rPr>
      <w:t>Акт рекламации • ООО «Инженерные системы» • Заполняется разборчиво, без исправлений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E66FA" w14:textId="77777777" w:rsidR="0028001D" w:rsidRDefault="0028001D">
      <w:pPr>
        <w:spacing w:after="0" w:line="240" w:lineRule="auto"/>
      </w:pPr>
      <w:r>
        <w:separator/>
      </w:r>
    </w:p>
  </w:footnote>
  <w:footnote w:type="continuationSeparator" w:id="0">
    <w:p w14:paraId="23401816" w14:textId="77777777" w:rsidR="0028001D" w:rsidRDefault="00280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F4B39" w14:textId="1CE02B6B" w:rsidR="00487426" w:rsidRPr="00E56B8C" w:rsidRDefault="00000000">
    <w:pPr>
      <w:pStyle w:val="a5"/>
      <w:jc w:val="right"/>
      <w:rPr>
        <w:lang w:val="ru-RU"/>
      </w:rPr>
    </w:pPr>
    <w:r>
      <w:rPr>
        <w:b/>
        <w:color w:val="143E69"/>
      </w:rPr>
      <w:t>ООО «Инженерные системы»</w:t>
    </w:r>
    <w:r>
      <w:rPr>
        <w:b/>
        <w:color w:val="606C78"/>
      </w:rPr>
      <w:t xml:space="preserve">  |  ТМ </w:t>
    </w:r>
    <w:r w:rsidR="00E56B8C">
      <w:rPr>
        <w:b/>
        <w:color w:val="606C78"/>
        <w:lang w:val="ru-RU"/>
      </w:rPr>
      <w:t>ВФЗ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23957641">
    <w:abstractNumId w:val="8"/>
  </w:num>
  <w:num w:numId="2" w16cid:durableId="1842969002">
    <w:abstractNumId w:val="6"/>
  </w:num>
  <w:num w:numId="3" w16cid:durableId="2145266730">
    <w:abstractNumId w:val="5"/>
  </w:num>
  <w:num w:numId="4" w16cid:durableId="1983345586">
    <w:abstractNumId w:val="4"/>
  </w:num>
  <w:num w:numId="5" w16cid:durableId="1045259004">
    <w:abstractNumId w:val="7"/>
  </w:num>
  <w:num w:numId="6" w16cid:durableId="819074088">
    <w:abstractNumId w:val="3"/>
  </w:num>
  <w:num w:numId="7" w16cid:durableId="1509322329">
    <w:abstractNumId w:val="2"/>
  </w:num>
  <w:num w:numId="8" w16cid:durableId="1775780080">
    <w:abstractNumId w:val="1"/>
  </w:num>
  <w:num w:numId="9" w16cid:durableId="862865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8001D"/>
    <w:rsid w:val="0029639D"/>
    <w:rsid w:val="00326F90"/>
    <w:rsid w:val="00487426"/>
    <w:rsid w:val="00AA1D8D"/>
    <w:rsid w:val="00B47730"/>
    <w:rsid w:val="00C17139"/>
    <w:rsid w:val="00CB0664"/>
    <w:rsid w:val="00E56B8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7E7DC1"/>
  <w14:defaultImageDpi w14:val="300"/>
  <w15:docId w15:val="{0749A8D0-09C0-4DB9-B95B-C5696520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40"/>
    </w:pPr>
    <w:rPr>
      <w:rFonts w:ascii="Arial" w:eastAsia="Arial" w:hAnsi="Arial"/>
      <w:sz w:val="1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рекламации ООО «Инженерные системы»</dc:title>
  <dc:subject>Форма рекламации по поставленному товару</dc:subject>
  <dc:creator>ООО «Инженерные системы»</dc:creator>
  <cp:keywords/>
  <dc:description>generated by python-docx</dc:description>
  <cp:lastModifiedBy>SNG</cp:lastModifiedBy>
  <cp:revision>2</cp:revision>
  <dcterms:created xsi:type="dcterms:W3CDTF">2013-12-23T23:15:00Z</dcterms:created>
  <dcterms:modified xsi:type="dcterms:W3CDTF">2026-09-16T12:22:00Z</dcterms:modified>
  <cp:category/>
</cp:coreProperties>
</file>